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חלקי הטיעון: טענה, נימוקים,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תפקידו של כל חלק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קצר לפי המבנה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את הדעה שלי במשפט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2-3 נימוקים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- הטענה מציגה את הדעה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בדף בחלק הביסוס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(הדעה שלי במשפט אחד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(2-3 סיבות לטענה, כל אחת בפסקה נפרדת)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(דוגמה או הוכחה שמראה שהנימוק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- הדעה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סיכום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צריכה לכלול טענה ברורה ונימוק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מזהה: טענה, נימוקים, ביסוס, סיכום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שהביסוס מחזק ומוכיח את הנימוק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שנימוק הוא סיבה וביסוס הוא דוגמה או הוכחה לאותה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הדוגמה על ההפסקה הארוכה ולנתח אותה יחד לפי ארבעת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 - כל תלמיד אומר טענה ונימוק אחד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לעבוד בזוגות ולתת משוב הדדי לפי ארבעת החלקים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הטיעון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טיעון בנוי כמו גשר - הטענה היא היעד, והנימוקים עם הביסוסים הם הלבנים שמובילות אליו. בדף הזה נתרגל את ארבעת חלקי הטיעון.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טענה  ·  דוגמה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תפקידה של הטענה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להציג את הדעה שלי במשפט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לתאר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נימוקים מומלץ לכתוב בטיעון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נימוק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2-3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נימוקים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הטענה היא הדעה שלי במשפט אחד ברור.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ביסוס יכול להיות דוגמה אישית או עובדה.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בחלק הראשון כותבים את הדעה שלי - זו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בחלק השלישי מביאים __________ שמראה שהנימוק נכון.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דוגמה או הוכחה שמראה שהנימוק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הדעה שלי במשפט אחד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2-3 סיבות לטענה, כל אחת בפסקה נפרדת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סיכום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נימוק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הטענה - הדעה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נימוק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טענה אחת משלכם בנושא שמעניין אתכם, ונמקו אותה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חלקי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להוסיף ביסוס לכל 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הטיעון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