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חלקי הטיעון: טענה, נימוקים, ביסוס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תפקידו של כל חלק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קצר לפי המבנה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להציג את הדעה שלי במשפט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2-3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להראות דוגמה או הוכחה לנימוק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חזרה על הטענה והצעה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- הטענה מציגה את הדעה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נימוק נכתב בפסקה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 בחלק הביסוס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בסיכום חוזרים על הטענה ולא מוסיפים נימוק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הביסוס בא כדי לחזק את הנימוק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(הדעה שלי במשפט אחד ברור)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(2-3 סיבות לטענה, כל אחת בפסקה נפרדת)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(דוגמה או הוכחה שמראה שהנימוק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(חזרה על הטענה והצעה לפעולה)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(דימוי לטיעון שמחבר בין הדעה לקורא)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הטענה - הדעה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נימוק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הוספת ביסוס לנימוק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נימוק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סיכום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צריכה לכלול טענה ברורה ונימוק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מזהה: טענה, נימוקים, ביסוס, סיכום והמלצה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שהביסוס מחזק ומוכיח את הנימוק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שנימוק הוא סיבה וביסוס הוא דוגמה או הוכחה לאותה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הדוגמה על ההפסקה הארוכה ולנתח אותה יחד לפי ארבעת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 - כל תלמיד אומר טענה ונימוק אחד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לעבוד בזוגות ולתת משוב הדדי לפי ארבעת החלקים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טיעון זה כתיבה שבה אני כותב דעה ומסביר אותה. יש לו ארבעה חלקים. נתרגל אותם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הדעה שלי במשפט אחד ברור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שמסבירה למה אני חושב כך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או הוכחה שמראה שהנימוק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הטענה בסוף הטיעון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המלצה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מה כדאי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גשר (דימוי)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לטיעון - מחבר בין הדעה לקורא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כתיבה שעוסק ברעיון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בחלק הראשון של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את הדעה שלי במשפט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סיבות כותבים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2-3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אחרי הנימוק?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דוגמה או הוכחה לנימוק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לשאול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בסוף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הטענה והצעה לפעולה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דבר דימו את הטיעון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הטענה היא הדעה שלי במשפט אחד ברור.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את כל הנימוקים באותה 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ביסוס יכול להיות דוגמה אישית או עובדה.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בסיכום מוסיפים נימוק חדש שלא הוזכר 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הדוגמה בטיעון היא להראות שהנימוק נכון.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טיעון הוא כמו גשר, והנימוקים הם ה__________ שמובילות אל הטענה.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בחלק הראשון כותבים את הדעה שלי - זו נקראת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בחלק השלישי מביאים __________ שמראה שהנימוק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בחלק האחרון חוזרים על הטענה ומוסיפים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דימוי לטיעון שמחבר בין הדעה לקורא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חזרה על הטענה והצעה לפעולה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הדעה שלי במשפט אחד ברור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 והמלצה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2-3 סיבות לטענה, כל אחת בפסקה נפרדת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דוגמה או הוכחה שמראה שהנימוק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נימוק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ביסוס לנימוק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נימוק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סיכום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הטענה - הדעה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אחת משלכם בנושא שמעניין אתכם, ונמקו אותה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חלקי הטיעון?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להוסיף ביסוס לכל 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נימוק לביסוס?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הטיעון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