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תפקידו של 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קצר לפי המבנה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את הדעה שלי במשפט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להראות דוגמה או הוכחה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 על הטענה והצעה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- הטענה מציגה את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נימוק נכתב בפסקה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בחלק הביסוס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בסיכום חוזרים על הטענה ולא מוסיפים נימוק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הביסוס בא כדי לחזק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(הדעה שלי במשפט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(2-3 סיבות לטענה, כל אחת בפסקה נפרדת)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או הוכחה שמראה שהנימוק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על הטענה והצעה לפעולה)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(דימוי לטיעון שמחבר בין הדעה לקורא)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-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הוספת ביסוס לנימוק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צריכה לכלול טענה ברורה ונימוק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מזהה: טענה, נימוקים, ביסוס,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שהביסוס מחזק ומוכיח את הנימוק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שנימוק הוא סיבה וביסוס הוא דוגמה או הוכחה לאותה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הדוגמה על ההפסקה הארוכה ולנתח אותה יחד לפי ארבעת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- כל תלמיד אומר טענה ונימוק אחד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לעבוד בזוגות ולתת משוב הדדי לפי ארבעת החלקים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טיעון בנוי כמו גשר - הטענה היא היעד, והנימוקים עם הביסוסים הם הלבנים שמובילות אליו. בדף הזה נתרגל את ארבעת חלקי הטיעון.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תפקידה של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את הדעה שלי במשפט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נימוקים מומלץ לכתוב בטיעון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הביסוס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דוגמה או הוכחה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כוללים בחלק הסיכום וההמלצה?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הטענה והצעה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המשל בדף, הטיעון דומה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היא הדעה שלי במשפט אחד 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כל הנימוקים באותה 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יכול להיות דוגמה אישית או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מוסיפים נימוק חדש שלא הוזכר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הדוגמה בטיעון היא להראות שהנימוק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טיעון הוא כמו גשר, והנימוקים הם ה__________ שמובילות אל הטענה.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הראשון כותבים את הדעה שלי - זו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השלישי מביאים __________ שמראה שהנימוק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האחרון חוזרים על הטענה ומוסיפים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או הוכחה שמראה שהנימוק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הדעה שלי במשפט אחד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על הטענה והצעה לפעולה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דימוי לטיעון שמחבר בין הדעה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2-3 סיבות לטענה, כל אחת בפסקה נפרדת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- הדעה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נימוק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ביסוס לנימוק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משלכם בנושא שמעניין אתכם, ונמקו אותה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ביסוס לכל 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